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Codex Veyskara — Volume I: The First Flame</w:t>
      </w:r>
    </w:p>
    <w:p>
      <w:r>
        <w:t>Language of the Forgotten Flamebearer</w:t>
        <w:br/>
      </w:r>
    </w:p>
    <w:p>
      <w:pPr>
        <w:pStyle w:val="Heading2"/>
      </w:pPr>
      <w:r>
        <w:t>Alphabet &amp; Sound Structure (Preliminary Draft)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Letter</w:t>
            </w:r>
          </w:p>
        </w:tc>
        <w:tc>
          <w:tcPr>
            <w:tcW w:type="dxa" w:w="2880"/>
          </w:tcPr>
          <w:p>
            <w:r>
              <w:t>Pronounced Like</w:t>
            </w:r>
          </w:p>
        </w:tc>
        <w:tc>
          <w:tcPr>
            <w:tcW w:type="dxa" w:w="2880"/>
          </w:tcPr>
          <w:p>
            <w:r>
              <w:t>Elemental Meaning</w:t>
            </w:r>
          </w:p>
        </w:tc>
      </w:tr>
      <w:tr>
        <w:tc>
          <w:tcPr>
            <w:tcW w:type="dxa" w:w="2880"/>
          </w:tcPr>
          <w:p>
            <w:r>
              <w:t>A</w:t>
            </w:r>
          </w:p>
        </w:tc>
        <w:tc>
          <w:tcPr>
            <w:tcW w:type="dxa" w:w="2880"/>
          </w:tcPr>
          <w:p>
            <w:r>
              <w:t>ah (as in father)</w:t>
            </w:r>
          </w:p>
        </w:tc>
        <w:tc>
          <w:tcPr>
            <w:tcW w:type="dxa" w:w="2880"/>
          </w:tcPr>
          <w:p>
            <w:r>
              <w:t>Root, origin</w:t>
            </w:r>
          </w:p>
        </w:tc>
      </w:tr>
      <w:tr>
        <w:tc>
          <w:tcPr>
            <w:tcW w:type="dxa" w:w="2880"/>
          </w:tcPr>
          <w:p>
            <w:r>
              <w:t>E</w:t>
            </w:r>
          </w:p>
        </w:tc>
        <w:tc>
          <w:tcPr>
            <w:tcW w:type="dxa" w:w="2880"/>
          </w:tcPr>
          <w:p>
            <w:r>
              <w:t>eh (as in bed)</w:t>
            </w:r>
          </w:p>
        </w:tc>
        <w:tc>
          <w:tcPr>
            <w:tcW w:type="dxa" w:w="2880"/>
          </w:tcPr>
          <w:p>
            <w:r>
              <w:t>Breath, flame</w:t>
            </w:r>
          </w:p>
        </w:tc>
      </w:tr>
      <w:tr>
        <w:tc>
          <w:tcPr>
            <w:tcW w:type="dxa" w:w="2880"/>
          </w:tcPr>
          <w:p>
            <w:r>
              <w:t>I</w:t>
            </w:r>
          </w:p>
        </w:tc>
        <w:tc>
          <w:tcPr>
            <w:tcW w:type="dxa" w:w="2880"/>
          </w:tcPr>
          <w:p>
            <w:r>
              <w:t>ee (as in see)</w:t>
            </w:r>
          </w:p>
        </w:tc>
        <w:tc>
          <w:tcPr>
            <w:tcW w:type="dxa" w:w="2880"/>
          </w:tcPr>
          <w:p>
            <w:r>
              <w:t>Spirit, memory</w:t>
            </w:r>
          </w:p>
        </w:tc>
      </w:tr>
      <w:tr>
        <w:tc>
          <w:tcPr>
            <w:tcW w:type="dxa" w:w="2880"/>
          </w:tcPr>
          <w:p>
            <w:r>
              <w:t>O</w:t>
            </w:r>
          </w:p>
        </w:tc>
        <w:tc>
          <w:tcPr>
            <w:tcW w:type="dxa" w:w="2880"/>
          </w:tcPr>
          <w:p>
            <w:r>
              <w:t>oh (as in stone)</w:t>
            </w:r>
          </w:p>
        </w:tc>
        <w:tc>
          <w:tcPr>
            <w:tcW w:type="dxa" w:w="2880"/>
          </w:tcPr>
          <w:p>
            <w:r>
              <w:t>Vow, cycle</w:t>
            </w:r>
          </w:p>
        </w:tc>
      </w:tr>
      <w:tr>
        <w:tc>
          <w:tcPr>
            <w:tcW w:type="dxa" w:w="2880"/>
          </w:tcPr>
          <w:p>
            <w:r>
              <w:t>U</w:t>
            </w:r>
          </w:p>
        </w:tc>
        <w:tc>
          <w:tcPr>
            <w:tcW w:type="dxa" w:w="2880"/>
          </w:tcPr>
          <w:p>
            <w:r>
              <w:t>oo (as in moon)</w:t>
            </w:r>
          </w:p>
        </w:tc>
        <w:tc>
          <w:tcPr>
            <w:tcW w:type="dxa" w:w="2880"/>
          </w:tcPr>
          <w:p>
            <w:r>
              <w:t>Depth, sleep</w:t>
            </w:r>
          </w:p>
        </w:tc>
      </w:tr>
      <w:tr>
        <w:tc>
          <w:tcPr>
            <w:tcW w:type="dxa" w:w="2880"/>
          </w:tcPr>
          <w:p>
            <w:r>
              <w:t>Y</w:t>
            </w:r>
          </w:p>
        </w:tc>
        <w:tc>
          <w:tcPr>
            <w:tcW w:type="dxa" w:w="2880"/>
          </w:tcPr>
          <w:p>
            <w:r>
              <w:t>ih or soft i/y</w:t>
            </w:r>
          </w:p>
        </w:tc>
        <w:tc>
          <w:tcPr>
            <w:tcW w:type="dxa" w:w="2880"/>
          </w:tcPr>
          <w:p>
            <w:r>
              <w:t>Secret, question</w:t>
            </w:r>
          </w:p>
        </w:tc>
      </w:tr>
      <w:tr>
        <w:tc>
          <w:tcPr>
            <w:tcW w:type="dxa" w:w="2880"/>
          </w:tcPr>
          <w:p>
            <w:r>
              <w:t>K</w:t>
            </w:r>
          </w:p>
        </w:tc>
        <w:tc>
          <w:tcPr>
            <w:tcW w:type="dxa" w:w="2880"/>
          </w:tcPr>
          <w:p>
            <w:r>
              <w:t>k (like key)</w:t>
            </w:r>
          </w:p>
        </w:tc>
        <w:tc>
          <w:tcPr>
            <w:tcW w:type="dxa" w:w="2880"/>
          </w:tcPr>
          <w:p>
            <w:r>
              <w:t>Keep, protect</w:t>
            </w:r>
          </w:p>
        </w:tc>
      </w:tr>
      <w:tr>
        <w:tc>
          <w:tcPr>
            <w:tcW w:type="dxa" w:w="2880"/>
          </w:tcPr>
          <w:p>
            <w:r>
              <w:t>V</w:t>
            </w:r>
          </w:p>
        </w:tc>
        <w:tc>
          <w:tcPr>
            <w:tcW w:type="dxa" w:w="2880"/>
          </w:tcPr>
          <w:p>
            <w:r>
              <w:t>vuh (like voice)</w:t>
            </w:r>
          </w:p>
        </w:tc>
        <w:tc>
          <w:tcPr>
            <w:tcW w:type="dxa" w:w="2880"/>
          </w:tcPr>
          <w:p>
            <w:r>
              <w:t>Will, speak</w:t>
            </w:r>
          </w:p>
        </w:tc>
      </w:tr>
      <w:tr>
        <w:tc>
          <w:tcPr>
            <w:tcW w:type="dxa" w:w="2880"/>
          </w:tcPr>
          <w:p>
            <w:r>
              <w:t>L</w:t>
            </w:r>
          </w:p>
        </w:tc>
        <w:tc>
          <w:tcPr>
            <w:tcW w:type="dxa" w:w="2880"/>
          </w:tcPr>
          <w:p>
            <w:r>
              <w:t>l (like light)</w:t>
            </w:r>
          </w:p>
        </w:tc>
        <w:tc>
          <w:tcPr>
            <w:tcW w:type="dxa" w:w="2880"/>
          </w:tcPr>
          <w:p>
            <w:r>
              <w:t>Light, touch</w:t>
            </w:r>
          </w:p>
        </w:tc>
      </w:tr>
      <w:tr>
        <w:tc>
          <w:tcPr>
            <w:tcW w:type="dxa" w:w="2880"/>
          </w:tcPr>
          <w:p>
            <w:r>
              <w:t>S</w:t>
            </w:r>
          </w:p>
        </w:tc>
        <w:tc>
          <w:tcPr>
            <w:tcW w:type="dxa" w:w="2880"/>
          </w:tcPr>
          <w:p>
            <w:r>
              <w:t>s (like serpent)</w:t>
            </w:r>
          </w:p>
        </w:tc>
        <w:tc>
          <w:tcPr>
            <w:tcW w:type="dxa" w:w="2880"/>
          </w:tcPr>
          <w:p>
            <w:r>
              <w:t>Flow, knowledge</w:t>
            </w:r>
          </w:p>
        </w:tc>
      </w:tr>
      <w:tr>
        <w:tc>
          <w:tcPr>
            <w:tcW w:type="dxa" w:w="2880"/>
          </w:tcPr>
          <w:p>
            <w:r>
              <w:t>R</w:t>
            </w:r>
          </w:p>
        </w:tc>
        <w:tc>
          <w:tcPr>
            <w:tcW w:type="dxa" w:w="2880"/>
          </w:tcPr>
          <w:p>
            <w:r>
              <w:t>Rolled or light</w:t>
            </w:r>
          </w:p>
        </w:tc>
        <w:tc>
          <w:tcPr>
            <w:tcW w:type="dxa" w:w="2880"/>
          </w:tcPr>
          <w:p>
            <w:r>
              <w:t>Memory, fire</w:t>
            </w:r>
          </w:p>
        </w:tc>
      </w:tr>
      <w:tr>
        <w:tc>
          <w:tcPr>
            <w:tcW w:type="dxa" w:w="2880"/>
          </w:tcPr>
          <w:p>
            <w:r>
              <w:t>N</w:t>
            </w:r>
          </w:p>
        </w:tc>
        <w:tc>
          <w:tcPr>
            <w:tcW w:type="dxa" w:w="2880"/>
          </w:tcPr>
          <w:p>
            <w:r>
              <w:t>n (like new)</w:t>
            </w:r>
          </w:p>
        </w:tc>
        <w:tc>
          <w:tcPr>
            <w:tcW w:type="dxa" w:w="2880"/>
          </w:tcPr>
          <w:p>
            <w:r>
              <w:t>Seed, time</w:t>
            </w:r>
          </w:p>
        </w:tc>
      </w:tr>
      <w:tr>
        <w:tc>
          <w:tcPr>
            <w:tcW w:type="dxa" w:w="2880"/>
          </w:tcPr>
          <w:p>
            <w:r>
              <w:t>T</w:t>
            </w:r>
          </w:p>
        </w:tc>
        <w:tc>
          <w:tcPr>
            <w:tcW w:type="dxa" w:w="2880"/>
          </w:tcPr>
          <w:p>
            <w:r>
              <w:t>t (like tend)</w:t>
            </w:r>
          </w:p>
        </w:tc>
        <w:tc>
          <w:tcPr>
            <w:tcW w:type="dxa" w:w="2880"/>
          </w:tcPr>
          <w:p>
            <w:r>
              <w:t>Truth, tension</w:t>
            </w:r>
          </w:p>
        </w:tc>
      </w:tr>
      <w:tr>
        <w:tc>
          <w:tcPr>
            <w:tcW w:type="dxa" w:w="2880"/>
          </w:tcPr>
          <w:p>
            <w:r>
              <w:t>D</w:t>
            </w:r>
          </w:p>
        </w:tc>
        <w:tc>
          <w:tcPr>
            <w:tcW w:type="dxa" w:w="2880"/>
          </w:tcPr>
          <w:p>
            <w:r>
              <w:t>d (like deep)</w:t>
            </w:r>
          </w:p>
        </w:tc>
        <w:tc>
          <w:tcPr>
            <w:tcW w:type="dxa" w:w="2880"/>
          </w:tcPr>
          <w:p>
            <w:r>
              <w:t>Ground, silence</w:t>
            </w:r>
          </w:p>
        </w:tc>
      </w:tr>
      <w:tr>
        <w:tc>
          <w:tcPr>
            <w:tcW w:type="dxa" w:w="2880"/>
          </w:tcPr>
          <w:p>
            <w:r>
              <w:t>M</w:t>
            </w:r>
          </w:p>
        </w:tc>
        <w:tc>
          <w:tcPr>
            <w:tcW w:type="dxa" w:w="2880"/>
          </w:tcPr>
          <w:p>
            <w:r>
              <w:t>m (like moon)</w:t>
            </w:r>
          </w:p>
        </w:tc>
        <w:tc>
          <w:tcPr>
            <w:tcW w:type="dxa" w:w="2880"/>
          </w:tcPr>
          <w:p>
            <w:r>
              <w:t>Mother, hidden</w:t>
            </w:r>
          </w:p>
        </w:tc>
      </w:tr>
      <w:tr>
        <w:tc>
          <w:tcPr>
            <w:tcW w:type="dxa" w:w="2880"/>
          </w:tcPr>
          <w:p>
            <w:r>
              <w:t>H</w:t>
            </w:r>
          </w:p>
        </w:tc>
        <w:tc>
          <w:tcPr>
            <w:tcW w:type="dxa" w:w="2880"/>
          </w:tcPr>
          <w:p>
            <w:r>
              <w:t>h (breath)</w:t>
            </w:r>
          </w:p>
        </w:tc>
        <w:tc>
          <w:tcPr>
            <w:tcW w:type="dxa" w:w="2880"/>
          </w:tcPr>
          <w:p>
            <w:r>
              <w:t>Ash, soul</w:t>
            </w:r>
          </w:p>
        </w:tc>
      </w:tr>
      <w:tr>
        <w:tc>
          <w:tcPr>
            <w:tcW w:type="dxa" w:w="2880"/>
          </w:tcPr>
          <w:p>
            <w:r>
              <w:t>Z</w:t>
            </w:r>
          </w:p>
        </w:tc>
        <w:tc>
          <w:tcPr>
            <w:tcW w:type="dxa" w:w="2880"/>
          </w:tcPr>
          <w:p>
            <w:r>
              <w:t>z (like zeal)</w:t>
            </w:r>
          </w:p>
        </w:tc>
        <w:tc>
          <w:tcPr>
            <w:tcW w:type="dxa" w:w="2880"/>
          </w:tcPr>
          <w:p>
            <w:r>
              <w:t>Spark, vision</w:t>
            </w:r>
          </w:p>
        </w:tc>
      </w:tr>
      <w:tr>
        <w:tc>
          <w:tcPr>
            <w:tcW w:type="dxa" w:w="2880"/>
          </w:tcPr>
          <w:p>
            <w:r>
              <w:t>’</w:t>
            </w:r>
          </w:p>
        </w:tc>
        <w:tc>
          <w:tcPr>
            <w:tcW w:type="dxa" w:w="2880"/>
          </w:tcPr>
          <w:p>
            <w:r>
              <w:t>Glottal stop / pause</w:t>
            </w:r>
          </w:p>
        </w:tc>
        <w:tc>
          <w:tcPr>
            <w:tcW w:type="dxa" w:w="2880"/>
          </w:tcPr>
          <w:p>
            <w:r>
              <w:t>Void, shift</w:t>
            </w:r>
          </w:p>
        </w:tc>
      </w:tr>
    </w:tbl>
    <w:p>
      <w:pPr>
        <w:pStyle w:val="Heading2"/>
      </w:pPr>
      <w:r>
        <w:t>First 10 Words from the Prophecy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Veyskara</w:t>
            </w:r>
          </w:p>
        </w:tc>
        <w:tc>
          <w:tcPr>
            <w:tcW w:type="dxa" w:w="2880"/>
          </w:tcPr>
          <w:p>
            <w:r>
              <w:t>Meaning</w:t>
            </w:r>
          </w:p>
        </w:tc>
        <w:tc>
          <w:tcPr>
            <w:tcW w:type="dxa" w:w="2880"/>
          </w:tcPr>
          <w:p>
            <w:r>
              <w:t>Notes</w:t>
            </w:r>
          </w:p>
        </w:tc>
      </w:tr>
      <w:tr>
        <w:tc>
          <w:tcPr>
            <w:tcW w:type="dxa" w:w="2880"/>
          </w:tcPr>
          <w:p>
            <w:r>
              <w:t>Althevir</w:t>
            </w:r>
          </w:p>
        </w:tc>
        <w:tc>
          <w:tcPr>
            <w:tcW w:type="dxa" w:w="2880"/>
          </w:tcPr>
          <w:p>
            <w:r>
              <w:t>I rose / I awoke</w:t>
            </w:r>
          </w:p>
        </w:tc>
        <w:tc>
          <w:tcPr>
            <w:tcW w:type="dxa" w:w="2880"/>
          </w:tcPr>
          <w:p>
            <w:r>
              <w:t>Root: Alth- = rise, -evir = from ash</w:t>
            </w:r>
          </w:p>
        </w:tc>
      </w:tr>
      <w:tr>
        <w:tc>
          <w:tcPr>
            <w:tcW w:type="dxa" w:w="2880"/>
          </w:tcPr>
          <w:p>
            <w:r>
              <w:t>Sennar</w:t>
            </w:r>
          </w:p>
        </w:tc>
        <w:tc>
          <w:tcPr>
            <w:tcW w:type="dxa" w:w="2880"/>
          </w:tcPr>
          <w:p>
            <w:r>
              <w:t>Vow / binding oath</w:t>
            </w:r>
          </w:p>
        </w:tc>
        <w:tc>
          <w:tcPr>
            <w:tcW w:type="dxa" w:w="2880"/>
          </w:tcPr>
          <w:p>
            <w:r>
              <w:t>Often sacred or fiery</w:t>
            </w:r>
          </w:p>
        </w:tc>
      </w:tr>
      <w:tr>
        <w:tc>
          <w:tcPr>
            <w:tcW w:type="dxa" w:w="2880"/>
          </w:tcPr>
          <w:p>
            <w:r>
              <w:t>Vethril</w:t>
            </w:r>
          </w:p>
        </w:tc>
        <w:tc>
          <w:tcPr>
            <w:tcW w:type="dxa" w:w="2880"/>
          </w:tcPr>
          <w:p>
            <w:r>
              <w:t>Burned / merged with flame</w:t>
            </w:r>
          </w:p>
        </w:tc>
        <w:tc>
          <w:tcPr>
            <w:tcW w:type="dxa" w:w="2880"/>
          </w:tcPr>
          <w:p>
            <w:r>
              <w:t>Transformative word</w:t>
            </w:r>
          </w:p>
        </w:tc>
      </w:tr>
      <w:tr>
        <w:tc>
          <w:tcPr>
            <w:tcW w:type="dxa" w:w="2880"/>
          </w:tcPr>
          <w:p>
            <w:r>
              <w:t>Kaun</w:t>
            </w:r>
          </w:p>
        </w:tc>
        <w:tc>
          <w:tcPr>
            <w:tcW w:type="dxa" w:w="2880"/>
          </w:tcPr>
          <w:p>
            <w:r>
              <w:t>Silence / inner echo</w:t>
            </w:r>
          </w:p>
        </w:tc>
        <w:tc>
          <w:tcPr>
            <w:tcW w:type="dxa" w:w="2880"/>
          </w:tcPr>
          <w:p>
            <w:r>
              <w:t>Often confused with “absence”</w:t>
            </w:r>
          </w:p>
        </w:tc>
      </w:tr>
      <w:tr>
        <w:tc>
          <w:tcPr>
            <w:tcW w:type="dxa" w:w="2880"/>
          </w:tcPr>
          <w:p>
            <w:r>
              <w:t>Drae</w:t>
            </w:r>
          </w:p>
        </w:tc>
        <w:tc>
          <w:tcPr>
            <w:tcW w:type="dxa" w:w="2880"/>
          </w:tcPr>
          <w:p>
            <w:r>
              <w:t>Power / will of flame</w:t>
            </w:r>
          </w:p>
        </w:tc>
        <w:tc>
          <w:tcPr>
            <w:tcW w:type="dxa" w:w="2880"/>
          </w:tcPr>
          <w:p>
            <w:r>
              <w:t>Source-energy</w:t>
            </w:r>
          </w:p>
        </w:tc>
      </w:tr>
      <w:tr>
        <w:tc>
          <w:tcPr>
            <w:tcW w:type="dxa" w:w="2880"/>
          </w:tcPr>
          <w:p>
            <w:r>
              <w:t>Ni’saen</w:t>
            </w:r>
          </w:p>
        </w:tc>
        <w:tc>
          <w:tcPr>
            <w:tcW w:type="dxa" w:w="2880"/>
          </w:tcPr>
          <w:p>
            <w:r>
              <w:t>I do not forget</w:t>
            </w:r>
          </w:p>
        </w:tc>
        <w:tc>
          <w:tcPr>
            <w:tcW w:type="dxa" w:w="2880"/>
          </w:tcPr>
          <w:p>
            <w:r>
              <w:t>A grief-rooted memory</w:t>
            </w:r>
          </w:p>
        </w:tc>
      </w:tr>
      <w:tr>
        <w:tc>
          <w:tcPr>
            <w:tcW w:type="dxa" w:w="2880"/>
          </w:tcPr>
          <w:p>
            <w:r>
              <w:t>Vekth</w:t>
            </w:r>
          </w:p>
        </w:tc>
        <w:tc>
          <w:tcPr>
            <w:tcW w:type="dxa" w:w="2880"/>
          </w:tcPr>
          <w:p>
            <w:r>
              <w:t>Fire</w:t>
            </w:r>
          </w:p>
        </w:tc>
        <w:tc>
          <w:tcPr>
            <w:tcW w:type="dxa" w:w="2880"/>
          </w:tcPr>
          <w:p>
            <w:r>
              <w:t>Not destructive, but rebirth fire</w:t>
            </w:r>
          </w:p>
        </w:tc>
      </w:tr>
      <w:tr>
        <w:tc>
          <w:tcPr>
            <w:tcW w:type="dxa" w:w="2880"/>
          </w:tcPr>
          <w:p>
            <w:r>
              <w:t>Korr</w:t>
            </w:r>
          </w:p>
        </w:tc>
        <w:tc>
          <w:tcPr>
            <w:tcW w:type="dxa" w:w="2880"/>
          </w:tcPr>
          <w:p>
            <w:r>
              <w:t>Keeper / bearer</w:t>
            </w:r>
          </w:p>
        </w:tc>
        <w:tc>
          <w:tcPr>
            <w:tcW w:type="dxa" w:w="2880"/>
          </w:tcPr>
          <w:p>
            <w:r>
              <w:t>A title</w:t>
            </w:r>
          </w:p>
        </w:tc>
      </w:tr>
      <w:tr>
        <w:tc>
          <w:tcPr>
            <w:tcW w:type="dxa" w:w="2880"/>
          </w:tcPr>
          <w:p>
            <w:r>
              <w:t>Shura-Ka</w:t>
            </w:r>
          </w:p>
        </w:tc>
        <w:tc>
          <w:tcPr>
            <w:tcW w:type="dxa" w:w="2880"/>
          </w:tcPr>
          <w:p>
            <w:r>
              <w:t>Soul of the fire / flame guardian</w:t>
            </w:r>
          </w:p>
        </w:tc>
        <w:tc>
          <w:tcPr>
            <w:tcW w:type="dxa" w:w="2880"/>
          </w:tcPr>
          <w:p>
            <w:r>
              <w:t>Compound of Shura (soul) + Ka (keeper/root)</w:t>
            </w:r>
          </w:p>
        </w:tc>
      </w:tr>
      <w:tr>
        <w:tc>
          <w:tcPr>
            <w:tcW w:type="dxa" w:w="2880"/>
          </w:tcPr>
          <w:p>
            <w:r>
              <w:t>Veylir</w:t>
            </w:r>
          </w:p>
        </w:tc>
        <w:tc>
          <w:tcPr>
            <w:tcW w:type="dxa" w:w="2880"/>
          </w:tcPr>
          <w:p>
            <w:r>
              <w:t>Memory / echo / story</w:t>
            </w:r>
          </w:p>
        </w:tc>
        <w:tc>
          <w:tcPr>
            <w:tcW w:type="dxa" w:w="2880"/>
          </w:tcPr>
          <w:p>
            <w:r>
              <w:t>Connected to Veylith</w:t>
            </w:r>
          </w:p>
        </w:tc>
      </w:tr>
      <w:tr>
        <w:tc>
          <w:tcPr>
            <w:tcW w:type="dxa" w:w="2880"/>
          </w:tcPr>
          <w:p>
            <w:r>
              <w:t>Nethroka</w:t>
            </w:r>
          </w:p>
        </w:tc>
        <w:tc>
          <w:tcPr>
            <w:tcW w:type="dxa" w:w="2880"/>
          </w:tcPr>
          <w:p>
            <w:r>
              <w:t>The next fire / future flame</w:t>
            </w:r>
          </w:p>
        </w:tc>
        <w:tc>
          <w:tcPr>
            <w:tcW w:type="dxa" w:w="2880"/>
          </w:tcPr>
          <w:p>
            <w:r>
              <w:t>Also prophecy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